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מכתב לעצמי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🎯 מטרה: הבנת הקטע "מכתב לעצמי" (מכתב), זיהוי לשון ציורית, פרשנות וכתיבה רפלקטיבית: "המסע שלי פנימה".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⏱️ זמן מומלץ: 30 דקות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👥 מסלול: חנ״מ · חנ״מ – גרסה מונגשת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🔗 הפעילות באתר: https://masa-pnima-horef.sites.tab.bot/p05.html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רעיון מרכזי: מכתב לעצמנו עוזר לראות את הדרך, לקבל קשיים ולזכור שאנחנו ממשיכים לצמוח. מומלץ להקריא את הקטע בקול לפני העבודה.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תזכורת עדינה: בדף זה אין תשובות נכונות או לא נכונות על הרגשות שלנו. שיתוף הוא תמיד מרצון. אם עולה משהו כבד – אפשר לפנות למבוגר או למבוגרת שסומכים עליהם.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בגרסה זו: פחות פריטים, בנק מילים, אותיות גדולות. אפשר להקריא כל שאלה בקול.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אין צורך במגבלת זמן; מומלץ לעבוד חלק אחר חלק.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 – ליעל עצמה, בעוד שנה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 – לבקבוק שזורקים לים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 – לזכור שגם כשקשה, זה לא נשאר קשה לנצח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לא 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לא 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ג – משהו שחושבים עליו הרבה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 – בטוחה שאפשר להאמין למישהו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 – מרגישה לא נוח מול אחרים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משפטים שלמים הקשורים לנושא; ציור עם כותרת מתקבל.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✉️ מכתב לעצמי – דף תרגול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📖 מכתב לעצמי (גרסה פשוטה)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יעל כותבת מכתב לעצמה. היא תקרא אותו בחורף הבא.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היום ירד הגשם הראשון.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יעל בכיתה חדשה. בהתחלה היה לה קשה.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עכשיו יש לה חברה טובה. אבל עדיין קשה לה לדבר מול הכיתה.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היא שואלת את עצמה: אני עדיין מנגנת? אני עדיין קוראת לפני השינה?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היא מבקשת לזכור: גם כשקשה – זה לא קשה לתמיד.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כמו הגשם: היום סוער, ומחר יש שמש.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"תהיי טובה לעצמך. את לא צריכה להיות מושלמת."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🧺 בנק מילים – אפשר להיעזר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בנק מילים: מעסיק  |  סומכת  |  מתביישת  |  גאווה  |  סוער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בוחרים תשובה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הקיפו את התשובה הנכונה. אפשר לבקש שיקריאו לכם.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1. למי כתוב המכתב?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לחברה של יעל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ליעל עצמה, בעוד שנה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2. למה המורה משווה מכתב לעצמנו?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לבקבוק שזורקים לים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לספר בספרייה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3. מה הבקשה של יעל?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להפסיק לנגן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לזכור שגם כשקשה, זה לא נשאר קשה לנצח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נכון או לא נכון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סמנו ✓.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ליעל אין עדיין אף חברה בכיתה החדשה.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יעל שואלת אם היא עדיין מנגנת.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יעל מבקשת מעצמה להיות מושלמת.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מילה ופירוש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מתחו קו או כתבו את האות המתאימה.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מעסיק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א. מרגישה לא נוח מול אחרים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סומכת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ב. בטוחה שאפשר להאמין למישהו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מתביישת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ג. משהו שחושבים עליו הרבה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המסע שלי פנימה ✍️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כתבו מכתב קצר לעצמכם של החורף הבא: מה מעסיק אתכם היום, שאלה אחת לעצמכם ובקשה אחת.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אפשר לכתוב 3–4 משפטים או לצייר ולהוסיף משפט.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אפשר להתחיל כך: "פעם אחת אני..."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משפט אחד מהקטע שאני לוקח/ת איתי: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מילה אחת שמתארת איך הרגשתי בקריאה: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מכתב לעצמי – דף תרגול (חנ״מ)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