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כשהאינטרנט נפל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"כשהאינטרנט נפל" (סיפור קצר),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https://masa-pnima-horef.sites.tab.bot/p04.html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רגע של שקט כפוי יכול להפוך להזדמנות לגלות את העולם הפנימי.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הוציא אוויר בקול, מתוך עצב או שעמום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מקום סגור עם סורגים לבעלי חיים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השמיע "טיק־טק" כמו שעון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זזו בקלות על משטח חלק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חזר לעמוד ישר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משועמם וחסר מנוחה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כותב במחברת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שלחשוב ולכתוב זה מעניין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כתב "סתם מילים", לא שיעורי בית.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בכלל לא שם לב, היה באמצע עמוד שלישי.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בגלל הסערה.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3–5 משפטים פשוטים, שימוש במילה אחת לפחות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🌧️ כשהאינטרנט נפל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כשהאינטרנט נפל (גרסה פשוטה)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יורד גשם חזק. עידו רוצה לשחק במחשב.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פתאום אין אינטרנט, בגלל הסערה.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לעידו משעמם. הוא הולך בבית הלוך ושוב.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בסוף הוא יושב ליד החלון ומסתכל.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הוא רואה טיפות על הזכוכית, איש עם מטריה צהובה, ועץ שמתכופף ברוח – ולא נשבר.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עידו לוקח מחברת ומתחיל לכתוב.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האינטרנט חוזר אחרי שעתיים, אבל עידו לא שם לב.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הוא אומר לאחותו: "אני חושב. זה מעניין!"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נאנח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😮‍💨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הוציא אוויר בקול, מתוך עצב או שעמום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🦁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מקום סגור עם סורגים לבעלי חיים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תקתק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השמיע "טיק־טק" כמו שעון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החליקו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זזו בקלות על משטח חלק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הזדקף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 לעמוד ישר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מסתבר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מתברר, מגלים ש...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מילה לפירוש.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נאנח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השמיע "טיק־טק" כמו שעון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זזו בקלות על משטח חלק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תקתק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חזר לעמוד ישר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החליקו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הוציא אוויר בקול, מתוך עצב או שעמום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הזדקף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מקום סגור עם סורגים לבעלי חיים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הבנת הקטע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מרגיש עידו כשהאינטרנט נופל?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שמח מאוד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משועמם וחסר מנוחה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עייף ורוצה לישון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עושה עידו בסוף?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כותב במחברת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משחק בכדור בגשם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מתקשר לחברים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גילה עידו על עצמו?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שהוא לא אוהב גשם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שלחשוב ולכתוב זה מעניין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שהוא צריך מחשב חדש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אחותו של עידו אמרה שאין אינטרנט.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עידו כתב את שיעורי הבית שלו.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כשהאינטרנט חזר, עידו מיד רץ למחשב.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שאלה פתוחה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 אחד או שניים.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מדוע אין אינטרנט בבית?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פעם שבה משהו "נפל" או השתבש – ובזכות זה גיליתם משהו חדש על עצמכם.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להתחיל: "אני מרגיש/ה ש..." / "פעם אחת..." / "אני לומד/ת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מותר לכתוב מילים בשפת האם ולהוסיף בעברית.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כשהאינטרנט נפל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