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כשהאינטרנט נפל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הבנת הקטע "כשהאינטרנט נפל" (סיפור קצר),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חנ״מ – גרסה מונגשת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https://masa-pnima-horef.sites.tab.bot/p04.html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 מרכזי: רגע של שקט כפוי יכול להפוך להזדמנות לגלות את העולם הפנימי.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משועמם וחסר מנוחה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כותב במחברת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שלחשוב ולכתוב זה מעניין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הוציא אוויר בקול, מתוך עצב או שעמום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מקום סגור עם סורגים לבעלי חיים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השמיע "טיק־טק" כמו שעון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משפטים שלמים הקשורים לנושא; ציור עם כותרת מתקבל.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🌧️ כשהאינטרנט נפל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כשהאינטרנט נפל (גרסה פשוטה)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יורד גשם חזק. עידו רוצה לשחק במחשב.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פתאום אין אינטרנט, בגלל הסערה.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לעידו משעמם. הוא הולך בבית הלוך ושוב.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בסוף הוא יושב ליד החלון ומסתכל.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הוא רואה טיפות על הזכוכית, איש עם מטריה צהובה, ועץ שמתכופף ברוח – ולא נשבר.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עידו לוקח מחברת ומתחיל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האינטרנט חוזר אחרי שעתיים, אבל עידו לא שם לב.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הוא אומר לאחותו: "אני חושב. זה מעניין!"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נאנח  |  כלוב  |  תקתק  |  החליקו  |  הזדקף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 אפשר לבקש שיקריאו לכם.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איך מרגיש עידו כשהאינטרנט נופל?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שמח מאוד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משועמם וחסר מנוחה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עושה עידו בסוף?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כותב במחברת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משחק בכדור בגשם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גילה עידו על עצמו?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שהוא לא אוהב גשם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שלחשוב ולכתוב זה מעניין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אחותו של עידו אמרה שאין אינטרנט.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עידו כתב את שיעורי הבית שלו.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כשהאינטרנט חזר, עידו מיד רץ למחשב.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מילה ופירוש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מתחו קו או 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נאנח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מקום סגור עם סורגים לבעלי חיים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כלוב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הוציא אוויר בקול, מתוך עצב או שעמום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תקתק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השמיע "טיק־טק" כמו שעון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המסע שלי פנימה ✍️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על פעם שבה משהו "נפל" או השתבש – ובזכות זה גיליתם משהו חדש על עצמכם.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לכתוב 3–4 משפטים או לצייר ולהוסיף משפט.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להתחיל כך: "פעם אחת אני..."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כשהאינטרנט נפל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